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YOUR NAME</w:t>
      </w:r>
    </w:p>
    <w:p>
      <w:r>
        <w:t>[City, State] | [Email] | [Phone] | [Professional profile if useful]</w:t>
      </w:r>
    </w:p>
    <w:p>
      <w:pPr>
        <w:pStyle w:val="Heading1"/>
      </w:pPr>
      <w:r>
        <w:t>Summary</w:t>
      </w:r>
    </w:p>
    <w:p>
      <w:r>
        <w:t>[Target accounting role] with experience in [actual accounting function]. Skilled in [relevant system or method] and [specific responsibility you can support].</w:t>
      </w:r>
    </w:p>
    <w:p>
      <w:pPr>
        <w:pStyle w:val="Heading1"/>
      </w:pPr>
      <w:r>
        <w:t>Skills</w:t>
      </w:r>
    </w:p>
    <w:p>
      <w:pPr>
        <w:keepLines/>
      </w:pPr>
      <w:r>
        <w:t>[Relevant accounting tasks] | [Software and specific capabilities] | [Methods you actually used]</w:t>
      </w:r>
    </w:p>
    <w:p>
      <w:pPr>
        <w:pStyle w:val="Heading1"/>
      </w:pPr>
      <w:r>
        <w:t>Experience</w:t>
      </w:r>
    </w:p>
    <w:p>
      <w:pPr>
        <w:keepNext/>
        <w:keepLines/>
        <w:spacing w:after="60"/>
      </w:pPr>
      <w:r>
        <w:rPr>
          <w:b/>
        </w:rPr>
        <w:t>[Actual job title] | [Employer] | [Location]</w:t>
      </w:r>
    </w:p>
    <w:p>
      <w:pPr>
        <w:keepNext/>
        <w:keepLines/>
      </w:pPr>
      <w:r>
        <w:rPr>
          <w:i/>
        </w:rPr>
        <w:t>[Month Year] - [Present or Month Year]</w:t>
      </w:r>
    </w:p>
    <w:p>
      <w:pPr>
        <w:pStyle w:val="ListBullet"/>
        <w:keepLines/>
        <w:spacing w:after="100"/>
      </w:pPr>
      <w:r>
        <w:t>[Prepared or reviewed] [account, schedule, or record], checked [specific issue], and documented [result or exception] for [reviewer or next step].</w:t>
      </w:r>
    </w:p>
    <w:p>
      <w:pPr>
        <w:pStyle w:val="ListBullet"/>
        <w:keepLines/>
        <w:spacing w:after="100"/>
      </w:pPr>
      <w:r>
        <w:t>[Completed] [close, invoice, or reporting task] using [actual system], with [truthful scope or cadence].</w:t>
      </w:r>
    </w:p>
    <w:p>
      <w:pPr>
        <w:pStyle w:val="ListBullet"/>
        <w:keepLines/>
        <w:spacing w:after="100"/>
      </w:pPr>
      <w:r>
        <w:t>[Investigated] [type of discrepancy] and coordinated [accurate follow-up] within [your responsibility].</w:t>
      </w:r>
    </w:p>
    <w:p>
      <w:pPr>
        <w:keepNext/>
        <w:keepLines/>
        <w:spacing w:after="60"/>
      </w:pPr>
      <w:r>
        <w:rPr>
          <w:b/>
        </w:rPr>
        <w:t>[Previous job title or clearly labeled relevant project] | [Organization]</w:t>
      </w:r>
    </w:p>
    <w:p>
      <w:pPr>
        <w:keepNext/>
        <w:keepLines/>
      </w:pPr>
      <w:r>
        <w:rPr>
          <w:i/>
        </w:rPr>
        <w:t>[Month Year] - [Month Year]</w:t>
      </w:r>
    </w:p>
    <w:p>
      <w:pPr>
        <w:pStyle w:val="ListBullet"/>
        <w:keepLines/>
        <w:spacing w:after="100"/>
      </w:pPr>
      <w:r>
        <w:t>[Describe a relevant task, check, and handoff. Do not invent employment or results.]</w:t>
      </w:r>
    </w:p>
    <w:p>
      <w:pPr>
        <w:pStyle w:val="Heading1"/>
      </w:pPr>
      <w:r>
        <w:t>Education</w:t>
      </w:r>
    </w:p>
    <w:p>
      <w:pPr>
        <w:keepLines/>
      </w:pPr>
      <w:r>
        <w:t>[Actual degree or qualification] | [Institution] | [Completion or expected date]</w:t>
      </w:r>
    </w:p>
    <w:p>
      <w:pPr>
        <w:pStyle w:val="Heading1"/>
      </w:pPr>
      <w:r>
        <w:t>Credentials</w:t>
      </w:r>
    </w:p>
    <w:p>
      <w:pPr>
        <w:keepLines/>
      </w:pPr>
      <w:r>
        <w:t>[Exact credential and current status, only if held. Remove this section if not relevant.]</w:t>
      </w:r>
    </w:p>
    <w:p>
      <w:pPr>
        <w:spacing w:before="240"/>
      </w:pPr>
      <w:r>
        <w:rPr>
          <w:sz w:val="16"/>
        </w:rPr>
        <w:t>Template instructions: replace every bracketed field and remove this sentence before applying.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</dc:title>
  <dc:subject/>
  <dc:creator>HireDraftAI Editorial 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